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822960" cy="9100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100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jc w:val="center"/>
      </w:pPr>
      <w:r>
        <w:t>AVAL DEL ÁREA DE TRABAJO</w:t>
        <w:br/>
        <w:t>BECAS NEUMOCAN 2026-2027</w:t>
      </w:r>
    </w:p>
    <w:p>
      <w:pPr>
        <w:jc w:val="center"/>
      </w:pPr>
      <w:r>
        <w:rPr>
          <w:b/>
          <w:color w:val="137DB5"/>
        </w:rPr>
        <w:t>Documento obligatorio únicamente cuando la solicitud se presenta a través de un Área de Trabajo de NEUMOCAN.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73"/>
        <w:gridCol w:w="4773"/>
      </w:tblGrid>
      <w:tr>
        <w:tc>
          <w:tcPr>
            <w:tcW w:type="dxa" w:w="2880"/>
            <w:shd w:fill="EAF5FA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rPr>
                <w:b/>
                <w:color w:val="164B6B"/>
              </w:rPr>
              <w:t>Área de Trabajo de NEUMOCAN</w:t>
            </w:r>
          </w:p>
        </w:tc>
        <w:tc>
          <w:tcPr>
            <w:tcW w:type="dxa" w:w="6336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2880"/>
            <w:shd w:fill="EAF5FA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rPr>
                <w:b/>
                <w:color w:val="164B6B"/>
              </w:rPr>
              <w:t>Título del proyecto</w:t>
            </w:r>
          </w:p>
        </w:tc>
        <w:tc>
          <w:tcPr>
            <w:tcW w:type="dxa" w:w="6336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2880"/>
            <w:shd w:fill="EAF5FA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rPr>
                <w:b/>
                <w:color w:val="164B6B"/>
              </w:rPr>
              <w:t>Investigador/a principal</w:t>
            </w:r>
          </w:p>
        </w:tc>
        <w:tc>
          <w:tcPr>
            <w:tcW w:type="dxa" w:w="6336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2880"/>
            <w:shd w:fill="EAF5FA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rPr>
                <w:b/>
                <w:color w:val="164B6B"/>
              </w:rPr>
              <w:t>Centro de trabajo</w:t>
            </w:r>
          </w:p>
        </w:tc>
        <w:tc>
          <w:tcPr>
            <w:tcW w:type="dxa" w:w="6336"/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Declaración de aval</w:t>
      </w:r>
    </w:p>
    <w:p>
      <w:r>
        <w:t>D./D.ª ________________________________________________, en calidad de ☐ coordinador/a  ☐ secretario/a del Área de Trabajo indicada, declara que el área conoce y avala la presentación del proyecto identificado en este documento.</w:t>
      </w:r>
    </w:p>
    <w:p>
      <w:r>
        <w:t>El aval acredita la vinculación del proyecto con el área y la participación de sus miembros. No implica compromiso económico adicional por parte del área ni garantiza la concesión de la beca.</w:t>
      </w:r>
    </w:p>
    <w:p>
      <w:pPr>
        <w:pStyle w:val="Heading1"/>
      </w:pPr>
      <w:r>
        <w:t>Miembros del área participantes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182"/>
        <w:gridCol w:w="3182"/>
        <w:gridCol w:w="3182"/>
      </w:tblGrid>
      <w:tr>
        <w:tc>
          <w:tcPr>
            <w:tcW w:type="dxa" w:w="3182"/>
            <w:shd w:fill="137DB5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b/>
                <w:color w:val="FFFFFF"/>
              </w:rPr>
              <w:t>Nombre y apellidos</w:t>
            </w:r>
          </w:p>
        </w:tc>
        <w:tc>
          <w:tcPr>
            <w:tcW w:type="dxa" w:w="3182"/>
            <w:shd w:fill="137DB5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b/>
                <w:color w:val="FFFFFF"/>
              </w:rPr>
              <w:t>Centro de trabajo</w:t>
            </w:r>
          </w:p>
        </w:tc>
        <w:tc>
          <w:tcPr>
            <w:tcW w:type="dxa" w:w="3182"/>
            <w:shd w:fill="137DB5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b/>
                <w:color w:val="FFFFFF"/>
              </w:rPr>
              <w:t>Función en el proyecto</w:t>
            </w:r>
          </w:p>
        </w:tc>
      </w:tr>
      <w:tr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  <w:tc>
          <w:tcPr>
            <w:tcW w:type="dxa" w:w="318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 xml:space="preserve"> </w:t>
            </w:r>
          </w:p>
        </w:tc>
      </w:tr>
    </w:tbl>
    <w:p>
      <w:pPr>
        <w:pStyle w:val="Heading1"/>
      </w:pPr>
      <w:r>
        <w:t>Firma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73"/>
        <w:gridCol w:w="4773"/>
      </w:tblGrid>
      <w:tr>
        <w:tc>
          <w:tcPr>
            <w:tcW w:type="dxa" w:w="2304"/>
            <w:shd w:fill="EAF5F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  <w:color w:val="164B6B"/>
              </w:rPr>
              <w:t>Nombre y apellidos</w:t>
            </w:r>
          </w:p>
        </w:tc>
        <w:tc>
          <w:tcPr>
            <w:tcW w:type="dxa" w:w="691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________________________________________</w:t>
            </w:r>
          </w:p>
        </w:tc>
      </w:tr>
      <w:tr>
        <w:tc>
          <w:tcPr>
            <w:tcW w:type="dxa" w:w="2304"/>
            <w:shd w:fill="EAF5F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  <w:color w:val="164B6B"/>
              </w:rPr>
              <w:t>Cargo</w:t>
            </w:r>
          </w:p>
        </w:tc>
        <w:tc>
          <w:tcPr>
            <w:tcW w:type="dxa" w:w="691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☐ Coordinador/a   ☐ Secretario/a</w:t>
            </w:r>
          </w:p>
        </w:tc>
      </w:tr>
      <w:tr>
        <w:tc>
          <w:tcPr>
            <w:tcW w:type="dxa" w:w="2304"/>
            <w:shd w:fill="EAF5F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  <w:color w:val="164B6B"/>
              </w:rPr>
              <w:t>Fecha</w:t>
            </w:r>
          </w:p>
        </w:tc>
        <w:tc>
          <w:tcPr>
            <w:tcW w:type="dxa" w:w="691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____ / ____ / 2026</w:t>
            </w:r>
          </w:p>
        </w:tc>
      </w:tr>
      <w:tr>
        <w:tc>
          <w:tcPr>
            <w:tcW w:type="dxa" w:w="2304"/>
            <w:shd w:fill="EAF5F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  <w:color w:val="164B6B"/>
              </w:rPr>
              <w:t>Firma</w:t>
            </w:r>
          </w:p>
        </w:tc>
        <w:tc>
          <w:tcPr>
            <w:tcW w:type="dxa" w:w="691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</w:r>
          </w:p>
        </w:tc>
      </w:tr>
    </w:tbl>
    <w:p>
      <w:pPr/>
      <w:r>
        <w:t>Se admite firma electrónica o firma manuscrita en documento escaneado. El documento firmado deberá adjuntarse a la solicitud en formato PDF.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648" w:right="1181" w:bottom="648" w:left="1181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6770"/>
        <w:sz w:val="16"/>
      </w:rPr>
      <w:t>NEUMOCAN · Asociación Canaria de Neumología y Cirugía Torácica · neumocan.com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A6770"/>
        <w:sz w:val="16"/>
      </w:rPr>
      <w:t>Modelo de aval · Becas NEUMOCAN 2026-2027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28" w:lineRule="auto"/>
    </w:pPr>
    <w:rPr>
      <w:rFonts w:ascii="Aptos" w:hAnsi="Aptos"/>
      <w:color w:val="202A3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7DB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64B6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4B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64B6B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